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3596B" w14:textId="14875B9F" w:rsidR="00B87F48" w:rsidRPr="0015683E" w:rsidRDefault="009C1047" w:rsidP="00BC08E4">
      <w:pPr>
        <w:pStyle w:val="TitleCustom"/>
        <w:spacing w:after="0"/>
        <w:jc w:val="center"/>
        <w:rPr>
          <w:rFonts w:asciiTheme="minorHAnsi" w:hAnsiTheme="minorHAnsi"/>
          <w:sz w:val="32"/>
          <w:szCs w:val="32"/>
          <w:lang w:val="es-CL"/>
        </w:rPr>
      </w:pPr>
      <w:r w:rsidRPr="0015683E">
        <w:rPr>
          <w:rFonts w:asciiTheme="minorHAnsi" w:hAnsiTheme="minorHAnsi"/>
          <w:sz w:val="32"/>
          <w:szCs w:val="32"/>
          <w:lang w:val="es-CL"/>
        </w:rPr>
        <w:t>FORMULARIO DE DENUNCIO DE SINIESTRO</w:t>
      </w:r>
    </w:p>
    <w:p w14:paraId="4B0A60C5" w14:textId="5976C72A" w:rsidR="00B87F48" w:rsidRPr="0015683E" w:rsidRDefault="00FB53A3">
      <w:pPr>
        <w:pStyle w:val="SubtitleCustom"/>
        <w:spacing w:after="0"/>
        <w:jc w:val="center"/>
        <w:rPr>
          <w:rFonts w:asciiTheme="minorHAnsi" w:hAnsiTheme="minorHAnsi"/>
          <w:sz w:val="32"/>
          <w:szCs w:val="32"/>
          <w:lang w:val="es-CL"/>
        </w:rPr>
      </w:pPr>
      <w:r w:rsidRPr="0015683E">
        <w:rPr>
          <w:rFonts w:asciiTheme="minorHAnsi" w:hAnsiTheme="minorHAnsi"/>
          <w:sz w:val="32"/>
          <w:szCs w:val="32"/>
          <w:lang w:val="es-CL"/>
        </w:rPr>
        <w:t>SEGURO DE CESANTÍA ASOCIADO AL CRÉDITO SOCIAL</w:t>
      </w:r>
    </w:p>
    <w:p w14:paraId="1474B417" w14:textId="77777777" w:rsidR="00E674ED" w:rsidRPr="0015683E" w:rsidRDefault="00E674ED">
      <w:pPr>
        <w:pStyle w:val="SubtitleCustom"/>
        <w:spacing w:after="0"/>
        <w:jc w:val="center"/>
        <w:rPr>
          <w:rFonts w:asciiTheme="minorHAnsi" w:hAnsiTheme="minorHAnsi"/>
          <w:sz w:val="20"/>
          <w:szCs w:val="20"/>
          <w:lang w:val="es-CL"/>
        </w:rPr>
      </w:pPr>
    </w:p>
    <w:tbl>
      <w:tblPr>
        <w:tblW w:w="10423" w:type="dxa"/>
        <w:jc w:val="center"/>
        <w:tblLook w:val="04A0" w:firstRow="1" w:lastRow="0" w:firstColumn="1" w:lastColumn="0" w:noHBand="0" w:noVBand="1"/>
      </w:tblPr>
      <w:tblGrid>
        <w:gridCol w:w="5795"/>
        <w:gridCol w:w="33"/>
        <w:gridCol w:w="1255"/>
        <w:gridCol w:w="1843"/>
        <w:gridCol w:w="1497"/>
      </w:tblGrid>
      <w:tr w:rsidR="00E674ED" w:rsidRPr="0015683E" w14:paraId="55E723A1" w14:textId="77777777" w:rsidTr="002A73CD">
        <w:trPr>
          <w:trHeight w:val="413"/>
          <w:jc w:val="center"/>
        </w:trPr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5AC6" w14:textId="77777777" w:rsidR="00E674ED" w:rsidRPr="0015683E" w:rsidRDefault="00E674E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Fecha recepción: ____ / ____ / ______</w:t>
            </w:r>
          </w:p>
        </w:tc>
        <w:tc>
          <w:tcPr>
            <w:tcW w:w="4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5A75" w14:textId="1865FDED" w:rsidR="00E674ED" w:rsidRPr="0015683E" w:rsidRDefault="00E674ED" w:rsidP="00E674ED">
            <w:pPr>
              <w:spacing w:after="0"/>
              <w:rPr>
                <w:rFonts w:asciiTheme="minorHAnsi" w:hAnsiTheme="minorHAnsi"/>
                <w:strike/>
                <w:color w:val="EE0000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Sucursal:</w:t>
            </w:r>
          </w:p>
        </w:tc>
      </w:tr>
      <w:tr w:rsidR="00CC4BAC" w:rsidRPr="0015683E" w14:paraId="6B9EF35C" w14:textId="77777777" w:rsidTr="005E1809">
        <w:trPr>
          <w:trHeight w:val="262"/>
          <w:jc w:val="center"/>
        </w:trPr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121DE" w14:textId="77777777" w:rsidR="00CC4BAC" w:rsidRPr="0015683E" w:rsidRDefault="00CC4BAC" w:rsidP="00E674ED">
            <w:pPr>
              <w:spacing w:after="0"/>
              <w:rPr>
                <w:rFonts w:asciiTheme="minorHAnsi" w:hAnsiTheme="minorHAnsi"/>
                <w:sz w:val="10"/>
                <w:szCs w:val="10"/>
              </w:rPr>
            </w:pPr>
          </w:p>
        </w:tc>
        <w:tc>
          <w:tcPr>
            <w:tcW w:w="46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D0E01" w14:textId="77777777" w:rsidR="00CC4BAC" w:rsidRPr="0015683E" w:rsidRDefault="00CC4BAC" w:rsidP="00E674ED">
            <w:pPr>
              <w:spacing w:after="0"/>
              <w:rPr>
                <w:rFonts w:asciiTheme="minorHAnsi" w:hAnsiTheme="minorHAnsi"/>
                <w:sz w:val="10"/>
                <w:szCs w:val="10"/>
              </w:rPr>
            </w:pPr>
          </w:p>
        </w:tc>
      </w:tr>
      <w:tr w:rsidR="00B87F48" w:rsidRPr="0015683E" w14:paraId="5E92E754" w14:textId="77777777" w:rsidTr="00223ED6">
        <w:trPr>
          <w:trHeight w:val="378"/>
          <w:jc w:val="center"/>
        </w:trPr>
        <w:tc>
          <w:tcPr>
            <w:tcW w:w="10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B2892C1" w14:textId="3DAA6456" w:rsidR="00B87F48" w:rsidRPr="0015683E" w:rsidRDefault="00CC4BAC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b/>
                <w:sz w:val="20"/>
                <w:szCs w:val="20"/>
              </w:rPr>
              <w:t xml:space="preserve">1. DATOS DEL </w:t>
            </w:r>
            <w:r w:rsidR="00FB53A3" w:rsidRPr="0015683E">
              <w:rPr>
                <w:rFonts w:asciiTheme="minorHAnsi" w:hAnsiTheme="minorHAnsi"/>
                <w:b/>
                <w:sz w:val="20"/>
                <w:szCs w:val="20"/>
              </w:rPr>
              <w:t>AFILIADO</w:t>
            </w:r>
          </w:p>
        </w:tc>
      </w:tr>
      <w:tr w:rsidR="00E674ED" w:rsidRPr="0015683E" w14:paraId="2AE61485" w14:textId="77777777" w:rsidTr="009A4676">
        <w:trPr>
          <w:trHeight w:val="343"/>
          <w:jc w:val="center"/>
        </w:trPr>
        <w:tc>
          <w:tcPr>
            <w:tcW w:w="10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E536" w14:textId="2D1D0982" w:rsidR="00E674ED" w:rsidRPr="0015683E" w:rsidRDefault="00E674E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Nombre completo:</w:t>
            </w:r>
          </w:p>
        </w:tc>
      </w:tr>
      <w:tr w:rsidR="00E674ED" w:rsidRPr="0015683E" w14:paraId="74940A2B" w14:textId="77777777" w:rsidTr="009A4676">
        <w:trPr>
          <w:trHeight w:val="361"/>
          <w:jc w:val="center"/>
        </w:trPr>
        <w:tc>
          <w:tcPr>
            <w:tcW w:w="10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0C13" w14:textId="4E0280F7" w:rsidR="00E674ED" w:rsidRPr="0015683E" w:rsidRDefault="00E674E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 xml:space="preserve">RUT: </w:t>
            </w:r>
          </w:p>
        </w:tc>
      </w:tr>
      <w:tr w:rsidR="00E674ED" w:rsidRPr="0015683E" w14:paraId="0E03B8E4" w14:textId="77777777" w:rsidTr="009A4676">
        <w:trPr>
          <w:trHeight w:val="361"/>
          <w:jc w:val="center"/>
        </w:trPr>
        <w:tc>
          <w:tcPr>
            <w:tcW w:w="10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2ACD" w14:textId="511A5B2C" w:rsidR="00E674ED" w:rsidRPr="0015683E" w:rsidRDefault="00E674E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 xml:space="preserve">Dirección: </w:t>
            </w:r>
          </w:p>
        </w:tc>
      </w:tr>
      <w:tr w:rsidR="00E674ED" w:rsidRPr="0015683E" w14:paraId="4BDA9B70" w14:textId="77777777" w:rsidTr="009A4676">
        <w:trPr>
          <w:trHeight w:val="361"/>
          <w:jc w:val="center"/>
        </w:trPr>
        <w:tc>
          <w:tcPr>
            <w:tcW w:w="10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A4E4" w14:textId="5BBD9201" w:rsidR="00E674ED" w:rsidRPr="0015683E" w:rsidRDefault="00E674E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Comuna / Ciudad:</w:t>
            </w:r>
          </w:p>
        </w:tc>
      </w:tr>
      <w:tr w:rsidR="002A73CD" w:rsidRPr="0015683E" w14:paraId="44DD6ACC" w14:textId="2134FF52" w:rsidTr="002A73CD">
        <w:trPr>
          <w:trHeight w:val="361"/>
          <w:jc w:val="center"/>
        </w:trPr>
        <w:tc>
          <w:tcPr>
            <w:tcW w:w="5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E007" w14:textId="1297190B" w:rsidR="002A73CD" w:rsidRPr="0015683E" w:rsidRDefault="002A73C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 xml:space="preserve">Celular / Teléfono: </w:t>
            </w:r>
          </w:p>
        </w:tc>
        <w:tc>
          <w:tcPr>
            <w:tcW w:w="4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A8E3" w14:textId="2CD8F65E" w:rsidR="002A73CD" w:rsidRPr="0015683E" w:rsidRDefault="002A73CD" w:rsidP="002A73C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E-mail:</w:t>
            </w:r>
          </w:p>
        </w:tc>
      </w:tr>
      <w:tr w:rsidR="00E674ED" w:rsidRPr="0015683E" w14:paraId="44BB5AC1" w14:textId="77777777" w:rsidTr="009A4676">
        <w:trPr>
          <w:trHeight w:val="246"/>
          <w:jc w:val="center"/>
        </w:trPr>
        <w:tc>
          <w:tcPr>
            <w:tcW w:w="1042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68078" w14:textId="77777777" w:rsidR="00E674ED" w:rsidRPr="0015683E" w:rsidRDefault="00E674E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674ED" w:rsidRPr="0015683E" w14:paraId="7999EBB3" w14:textId="77777777" w:rsidTr="00223ED6">
        <w:trPr>
          <w:trHeight w:val="378"/>
          <w:jc w:val="center"/>
        </w:trPr>
        <w:tc>
          <w:tcPr>
            <w:tcW w:w="10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FD8C211" w14:textId="2B08CAD5" w:rsidR="00E674ED" w:rsidRPr="0015683E" w:rsidRDefault="00CC4BAC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b/>
                <w:sz w:val="20"/>
                <w:szCs w:val="20"/>
              </w:rPr>
              <w:t>2</w:t>
            </w:r>
            <w:r w:rsidR="00E674ED" w:rsidRPr="0015683E">
              <w:rPr>
                <w:rFonts w:asciiTheme="minorHAnsi" w:hAnsiTheme="minorHAnsi"/>
                <w:b/>
                <w:sz w:val="20"/>
                <w:szCs w:val="20"/>
              </w:rPr>
              <w:t>. DATOS DEL CRÉDITO</w:t>
            </w:r>
          </w:p>
        </w:tc>
      </w:tr>
      <w:tr w:rsidR="00E674ED" w:rsidRPr="0015683E" w14:paraId="43045B0D" w14:textId="77777777" w:rsidTr="005E1809">
        <w:trPr>
          <w:trHeight w:val="343"/>
          <w:jc w:val="center"/>
        </w:trPr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36F4" w14:textId="6271F372" w:rsidR="00E674ED" w:rsidRPr="0015683E" w:rsidRDefault="00E674E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 xml:space="preserve">N° </w:t>
            </w:r>
            <w:r w:rsidR="001D3A2F" w:rsidRPr="0015683E">
              <w:rPr>
                <w:rFonts w:asciiTheme="minorHAnsi" w:hAnsiTheme="minorHAnsi"/>
                <w:sz w:val="20"/>
                <w:szCs w:val="20"/>
              </w:rPr>
              <w:t>Folio</w:t>
            </w:r>
            <w:r w:rsidRPr="0015683E">
              <w:rPr>
                <w:rFonts w:asciiTheme="minorHAnsi" w:hAnsiTheme="minorHAnsi"/>
                <w:sz w:val="20"/>
                <w:szCs w:val="20"/>
              </w:rPr>
              <w:t xml:space="preserve"> / operación:</w:t>
            </w:r>
          </w:p>
        </w:tc>
        <w:tc>
          <w:tcPr>
            <w:tcW w:w="4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EB1B" w14:textId="77777777" w:rsidR="00E674ED" w:rsidRPr="0015683E" w:rsidRDefault="00E674ED" w:rsidP="00E674ED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Fecha otorgamiento crédito: ____ / ____ / ______</w:t>
            </w:r>
          </w:p>
        </w:tc>
      </w:tr>
      <w:tr w:rsidR="00CC4BAC" w:rsidRPr="00BC08E4" w14:paraId="507373D2" w14:textId="77777777" w:rsidTr="005E1809">
        <w:trPr>
          <w:trHeight w:val="343"/>
          <w:jc w:val="center"/>
        </w:trPr>
        <w:tc>
          <w:tcPr>
            <w:tcW w:w="5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10BDF" w14:textId="77777777" w:rsidR="00CB1B56" w:rsidRDefault="00CB1B56" w:rsidP="00E674ED">
            <w:pPr>
              <w:spacing w:after="0"/>
              <w:rPr>
                <w:rFonts w:asciiTheme="minorHAnsi" w:hAnsiTheme="minorHAnsi"/>
                <w:sz w:val="10"/>
                <w:szCs w:val="10"/>
              </w:rPr>
            </w:pPr>
          </w:p>
          <w:p w14:paraId="11DCF4A9" w14:textId="2D56B763" w:rsidR="00BC08E4" w:rsidRPr="00BC08E4" w:rsidRDefault="00BC08E4" w:rsidP="00E674ED">
            <w:pPr>
              <w:spacing w:after="0"/>
              <w:rPr>
                <w:rFonts w:asciiTheme="minorHAnsi" w:hAnsiTheme="minorHAnsi"/>
                <w:sz w:val="10"/>
                <w:szCs w:val="10"/>
              </w:rPr>
            </w:pPr>
          </w:p>
        </w:tc>
        <w:tc>
          <w:tcPr>
            <w:tcW w:w="46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2B12A" w14:textId="77777777" w:rsidR="00CC4BAC" w:rsidRPr="00BC08E4" w:rsidRDefault="00CC4BAC" w:rsidP="00E674ED">
            <w:pPr>
              <w:spacing w:after="0"/>
              <w:rPr>
                <w:rFonts w:asciiTheme="minorHAnsi" w:hAnsiTheme="minorHAnsi"/>
                <w:sz w:val="10"/>
                <w:szCs w:val="10"/>
              </w:rPr>
            </w:pPr>
          </w:p>
        </w:tc>
      </w:tr>
      <w:tr w:rsidR="005E1809" w:rsidRPr="0015683E" w14:paraId="16CEDDEC" w14:textId="4517D1E5" w:rsidTr="005E1809">
        <w:trPr>
          <w:trHeight w:val="361"/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743A7A9C" w14:textId="2898A942" w:rsidR="00A77A43" w:rsidRPr="00A77A43" w:rsidRDefault="005E1809" w:rsidP="00BF2EA9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 w:rsidRPr="0015683E">
              <w:rPr>
                <w:rFonts w:asciiTheme="minorHAnsi" w:hAnsiTheme="minorHAnsi"/>
                <w:b/>
                <w:sz w:val="20"/>
                <w:szCs w:val="20"/>
              </w:rPr>
              <w:t>3.</w:t>
            </w:r>
            <w:r w:rsidR="00A77A43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Pr="0015683E">
              <w:rPr>
                <w:rFonts w:asciiTheme="minorHAnsi" w:hAnsiTheme="minorHAnsi"/>
                <w:b/>
                <w:sz w:val="20"/>
                <w:szCs w:val="20"/>
              </w:rPr>
              <w:t>DOCUMENTOS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63643840" w14:textId="5E9B6DC0" w:rsidR="005E1809" w:rsidRPr="0015683E" w:rsidRDefault="005E1809" w:rsidP="00AA72B6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15683E">
              <w:rPr>
                <w:rFonts w:asciiTheme="minorHAnsi" w:hAnsiTheme="minorHAnsi"/>
                <w:b/>
                <w:sz w:val="20"/>
                <w:szCs w:val="20"/>
              </w:rPr>
              <w:t>Entregado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DDC23A5" w14:textId="0E1F8BD0" w:rsidR="005E1809" w:rsidRPr="0015683E" w:rsidRDefault="005E1809" w:rsidP="00AA72B6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15683E">
              <w:rPr>
                <w:rFonts w:asciiTheme="minorHAnsi" w:hAnsiTheme="minorHAnsi"/>
                <w:b/>
                <w:sz w:val="20"/>
                <w:szCs w:val="20"/>
              </w:rPr>
              <w:t>No entregado</w:t>
            </w:r>
          </w:p>
        </w:tc>
      </w:tr>
      <w:tr w:rsidR="005E1809" w:rsidRPr="0015683E" w14:paraId="7D0BFB69" w14:textId="769CCB29" w:rsidTr="005E1809">
        <w:trPr>
          <w:trHeight w:val="412"/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BF2E" w14:textId="0C443F57" w:rsidR="005E1809" w:rsidRPr="0015683E" w:rsidRDefault="005E1809" w:rsidP="005E18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Copia Cedula de Identidad por ambos lados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340E" w14:textId="7B93E009" w:rsidR="005E1809" w:rsidRPr="0015683E" w:rsidRDefault="005E1809" w:rsidP="005E1809">
            <w:pPr>
              <w:spacing w:after="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CD2A" w14:textId="44E4BFA2" w:rsidR="005E1809" w:rsidRPr="0015683E" w:rsidRDefault="005E1809" w:rsidP="005E1809">
            <w:pPr>
              <w:spacing w:after="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5E1809" w:rsidRPr="0015683E" w14:paraId="3C25396B" w14:textId="3E945FBB" w:rsidTr="005E1809">
        <w:trPr>
          <w:trHeight w:val="412"/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6514" w14:textId="77777777" w:rsidR="005E1809" w:rsidRPr="0015683E" w:rsidRDefault="005E1809" w:rsidP="005E18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Formulario de denuncio firmado por asegurado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688A" w14:textId="77777777" w:rsidR="005E1809" w:rsidRPr="0015683E" w:rsidRDefault="005E1809" w:rsidP="005E18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61F2" w14:textId="1698833E" w:rsidR="005E1809" w:rsidRPr="0015683E" w:rsidRDefault="005E1809" w:rsidP="005E18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5E1809" w:rsidRPr="0015683E" w14:paraId="2E3C1124" w14:textId="06C52D7B" w:rsidTr="005E1809">
        <w:trPr>
          <w:trHeight w:val="412"/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922E" w14:textId="434901C8" w:rsidR="005E1809" w:rsidRPr="0015683E" w:rsidRDefault="00ED242D" w:rsidP="005E18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 xml:space="preserve">Copia legalizada ante notario del </w:t>
            </w:r>
            <w:r w:rsidR="005E1809" w:rsidRPr="0015683E">
              <w:rPr>
                <w:rFonts w:asciiTheme="minorHAnsi" w:hAnsiTheme="minorHAnsi"/>
                <w:sz w:val="20"/>
                <w:szCs w:val="20"/>
              </w:rPr>
              <w:t>Finiquito</w:t>
            </w:r>
            <w:r w:rsidRPr="0015683E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CE3F" w14:textId="77777777" w:rsidR="005E1809" w:rsidRPr="0015683E" w:rsidRDefault="005E1809" w:rsidP="005E18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886C" w14:textId="73EFAFBF" w:rsidR="005E1809" w:rsidRPr="0015683E" w:rsidRDefault="005E1809" w:rsidP="005E18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5E1809" w:rsidRPr="0015683E" w14:paraId="3A38050F" w14:textId="51979FEF" w:rsidTr="005E1809">
        <w:trPr>
          <w:trHeight w:val="412"/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6C24" w14:textId="66E056E0" w:rsidR="007918D9" w:rsidRPr="0015683E" w:rsidRDefault="005E1809" w:rsidP="005E1809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Certificado 12 cotizaciones AFP o subsidio de cesantía</w:t>
            </w:r>
            <w:r w:rsidR="007918D9" w:rsidRPr="0015683E">
              <w:rPr>
                <w:rFonts w:asciiTheme="minorHAnsi" w:hAnsiTheme="minorHAnsi"/>
                <w:sz w:val="20"/>
                <w:szCs w:val="20"/>
              </w:rPr>
              <w:t xml:space="preserve"> con al menos 45 días posteriores al cierre de mes del finiquito.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87A7" w14:textId="77777777" w:rsidR="005E1809" w:rsidRPr="0015683E" w:rsidRDefault="005E1809" w:rsidP="005E18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7621" w14:textId="4D362481" w:rsidR="005E1809" w:rsidRPr="0015683E" w:rsidRDefault="005E1809" w:rsidP="005E18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5E1809" w:rsidRPr="0015683E" w14:paraId="420F3A48" w14:textId="780FCFC5" w:rsidTr="005E1809">
        <w:trPr>
          <w:trHeight w:val="487"/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DFCD" w14:textId="4AF2195B" w:rsidR="005E1809" w:rsidRPr="00C43650" w:rsidRDefault="00C43650" w:rsidP="00C43650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C43650">
              <w:rPr>
                <w:rFonts w:asciiTheme="minorHAnsi" w:hAnsiTheme="minorHAnsi"/>
                <w:sz w:val="20"/>
                <w:szCs w:val="20"/>
              </w:rPr>
              <w:t>En caso de empleados públicos, docentes y miembros de las Fuerzas Armadas y de Orden, copia legalizada del Decreto o Resolución del organismo que corresponda en el que se pone término a la relación laboral.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7CA8" w14:textId="77777777" w:rsidR="005E1809" w:rsidRPr="0015683E" w:rsidRDefault="005E1809" w:rsidP="005E18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ADD5" w14:textId="312334EB" w:rsidR="005E1809" w:rsidRPr="0015683E" w:rsidRDefault="005E1809" w:rsidP="005E1809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43650" w:rsidRPr="0015683E" w14:paraId="231B25DE" w14:textId="77777777" w:rsidTr="005E1809">
        <w:trPr>
          <w:trHeight w:val="487"/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ECB6" w14:textId="769C149F" w:rsidR="00C43650" w:rsidRPr="0015683E" w:rsidRDefault="00C43650" w:rsidP="00C43650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Documento alternativo en ausencia de finiquito: _________________________________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E3BF" w14:textId="5CD009E0" w:rsidR="00C43650" w:rsidRPr="0015683E" w:rsidRDefault="00C43650" w:rsidP="00C43650">
            <w:pPr>
              <w:spacing w:after="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0A39" w14:textId="3417C8CB" w:rsidR="00C43650" w:rsidRPr="0015683E" w:rsidRDefault="00C43650" w:rsidP="00C43650">
            <w:pPr>
              <w:spacing w:after="0"/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C43650" w:rsidRPr="0015683E" w14:paraId="1E170681" w14:textId="1BFA4F83" w:rsidTr="005E1809">
        <w:trPr>
          <w:trHeight w:val="551"/>
          <w:jc w:val="center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C2BB" w14:textId="77777777" w:rsidR="00C43650" w:rsidRPr="0015683E" w:rsidRDefault="00C43650" w:rsidP="00C43650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Otros antecedentes: _________________________________________________________________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7352" w14:textId="77777777" w:rsidR="00C43650" w:rsidRPr="0015683E" w:rsidRDefault="00C43650" w:rsidP="00C43650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0CC9" w14:textId="2EB1DCDC" w:rsidR="00C43650" w:rsidRPr="0015683E" w:rsidRDefault="00C43650" w:rsidP="00C43650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5C89EF34" w14:textId="77777777" w:rsidR="00F57766" w:rsidRDefault="00F57766" w:rsidP="00F57766">
      <w:pPr>
        <w:spacing w:after="0" w:line="240" w:lineRule="auto"/>
        <w:ind w:left="14"/>
        <w:rPr>
          <w:rFonts w:eastAsia="Calibri"/>
          <w:b/>
          <w:bCs/>
          <w:sz w:val="20"/>
          <w:szCs w:val="20"/>
        </w:rPr>
      </w:pPr>
    </w:p>
    <w:tbl>
      <w:tblPr>
        <w:tblW w:w="10482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02"/>
        <w:gridCol w:w="1474"/>
        <w:gridCol w:w="3905"/>
      </w:tblGrid>
      <w:tr w:rsidR="002A73CD" w14:paraId="6B24622E" w14:textId="77777777" w:rsidTr="002A73CD">
        <w:trPr>
          <w:jc w:val="center"/>
        </w:trPr>
        <w:tc>
          <w:tcPr>
            <w:tcW w:w="10482" w:type="dxa"/>
            <w:gridSpan w:val="4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002060"/>
            <w:tcMar>
              <w:top w:w="55" w:type="dxa"/>
              <w:left w:w="95" w:type="dxa"/>
              <w:bottom w:w="55" w:type="dxa"/>
              <w:right w:w="95" w:type="dxa"/>
            </w:tcMar>
          </w:tcPr>
          <w:p w14:paraId="51F2D00D" w14:textId="6A23DCAF" w:rsidR="002A73CD" w:rsidRDefault="002A73CD" w:rsidP="002A73CD">
            <w:pPr>
              <w:spacing w:after="0"/>
            </w:pPr>
            <w:r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 xml:space="preserve">4. DATOS BANCARIOS </w:t>
            </w:r>
            <w:r w:rsidR="00E8534F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 xml:space="preserve">(completar si el crédito con seguro de cesantía fue otorgado entre el 01 de septiembre del 2017 al 31 de </w:t>
            </w:r>
            <w:r w:rsidR="00096897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 xml:space="preserve">diciembre </w:t>
            </w:r>
            <w:r w:rsidR="00E8534F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del 202</w:t>
            </w:r>
            <w:r w:rsidR="00096897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2</w:t>
            </w:r>
            <w:r w:rsidR="00E8534F"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2A73CD" w14:paraId="1276583D" w14:textId="77777777" w:rsidTr="002A73CD">
        <w:trPr>
          <w:jc w:val="center"/>
        </w:trPr>
        <w:tc>
          <w:tcPr>
            <w:tcW w:w="1701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ACEF5C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b/>
                <w:color w:val="1F4E79"/>
              </w:rPr>
              <w:t>Nombre titular:</w:t>
            </w:r>
          </w:p>
        </w:tc>
        <w:tc>
          <w:tcPr>
            <w:tcW w:w="3402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6748EF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474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65A842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b/>
                <w:color w:val="1F4E79"/>
              </w:rPr>
              <w:t>RUT titular:</w:t>
            </w:r>
          </w:p>
        </w:tc>
        <w:tc>
          <w:tcPr>
            <w:tcW w:w="3905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49EA1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color w:val="000000"/>
              </w:rPr>
              <w:t xml:space="preserve"> </w:t>
            </w:r>
          </w:p>
        </w:tc>
      </w:tr>
      <w:tr w:rsidR="002A73CD" w14:paraId="25A498E0" w14:textId="77777777" w:rsidTr="002A73CD">
        <w:trPr>
          <w:jc w:val="center"/>
        </w:trPr>
        <w:tc>
          <w:tcPr>
            <w:tcW w:w="1701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23D627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b/>
                <w:color w:val="1F4E79"/>
              </w:rPr>
              <w:t>Banco:</w:t>
            </w:r>
          </w:p>
        </w:tc>
        <w:tc>
          <w:tcPr>
            <w:tcW w:w="3402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DB86A3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474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8E758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b/>
                <w:color w:val="1F4E79"/>
              </w:rPr>
              <w:t>N° de cuenta:</w:t>
            </w:r>
          </w:p>
        </w:tc>
        <w:tc>
          <w:tcPr>
            <w:tcW w:w="3905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5FE36D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color w:val="000000"/>
              </w:rPr>
              <w:t xml:space="preserve"> </w:t>
            </w:r>
          </w:p>
        </w:tc>
      </w:tr>
      <w:tr w:rsidR="002A73CD" w14:paraId="4DC74716" w14:textId="77777777" w:rsidTr="002A73CD">
        <w:trPr>
          <w:jc w:val="center"/>
        </w:trPr>
        <w:tc>
          <w:tcPr>
            <w:tcW w:w="1701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99FC5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b/>
                <w:color w:val="1F4E79"/>
              </w:rPr>
              <w:t>Tipo de cuenta:</w:t>
            </w:r>
          </w:p>
        </w:tc>
        <w:tc>
          <w:tcPr>
            <w:tcW w:w="8781" w:type="dxa"/>
            <w:gridSpan w:val="3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C30C9A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color w:val="000000"/>
              </w:rPr>
              <w:t>□ Cuenta corriente      □ Cuenta vista      □ Chequera electrónica      □ Cuenta de ahorro</w:t>
            </w:r>
          </w:p>
        </w:tc>
      </w:tr>
      <w:tr w:rsidR="002A73CD" w14:paraId="288DECD0" w14:textId="77777777" w:rsidTr="002A73CD">
        <w:trPr>
          <w:jc w:val="center"/>
        </w:trPr>
        <w:tc>
          <w:tcPr>
            <w:tcW w:w="1701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FEFA58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b/>
                <w:color w:val="1F4E79"/>
              </w:rPr>
              <w:t>Correo electrónico:</w:t>
            </w:r>
          </w:p>
        </w:tc>
        <w:tc>
          <w:tcPr>
            <w:tcW w:w="3402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D6FCA1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474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shd w:val="clear" w:color="auto" w:fill="EEF5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A66D4D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b/>
                <w:color w:val="1F4E79"/>
              </w:rPr>
              <w:t>Teléfono:</w:t>
            </w:r>
          </w:p>
        </w:tc>
        <w:tc>
          <w:tcPr>
            <w:tcW w:w="3905" w:type="dxa"/>
            <w:tcBorders>
              <w:top w:val="single" w:sz="5" w:space="0" w:color="A7B5C2"/>
              <w:left w:val="single" w:sz="5" w:space="0" w:color="A7B5C2"/>
              <w:bottom w:val="single" w:sz="5" w:space="0" w:color="A7B5C2"/>
              <w:right w:val="single" w:sz="5" w:space="0" w:color="A7B5C2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BC0162" w14:textId="77777777" w:rsidR="002A73CD" w:rsidRDefault="002A73CD" w:rsidP="00BC5CF8">
            <w:pPr>
              <w:keepLines/>
              <w:widowControl w:val="0"/>
              <w:spacing w:after="0" w:line="240" w:lineRule="auto"/>
            </w:pPr>
            <w:r>
              <w:rPr>
                <w:color w:val="000000"/>
              </w:rPr>
              <w:t xml:space="preserve"> </w:t>
            </w:r>
          </w:p>
        </w:tc>
      </w:tr>
    </w:tbl>
    <w:p w14:paraId="128F8FED" w14:textId="77777777" w:rsidR="00A77A43" w:rsidRDefault="00A77A43" w:rsidP="00C43650">
      <w:pPr>
        <w:spacing w:after="0" w:line="240" w:lineRule="auto"/>
        <w:rPr>
          <w:rFonts w:eastAsia="Calibri"/>
          <w:b/>
          <w:bCs/>
          <w:sz w:val="20"/>
          <w:szCs w:val="20"/>
        </w:rPr>
      </w:pPr>
    </w:p>
    <w:p w14:paraId="4280A4F3" w14:textId="1780E026" w:rsidR="00F57766" w:rsidRPr="0015683E" w:rsidRDefault="00F57766" w:rsidP="00F57766">
      <w:pPr>
        <w:spacing w:after="0" w:line="240" w:lineRule="auto"/>
        <w:ind w:left="-142"/>
        <w:rPr>
          <w:rFonts w:eastAsia="Calibri"/>
          <w:b/>
          <w:bCs/>
          <w:sz w:val="20"/>
          <w:szCs w:val="20"/>
        </w:rPr>
      </w:pPr>
      <w:r w:rsidRPr="0015683E">
        <w:rPr>
          <w:rFonts w:eastAsia="Calibri"/>
          <w:b/>
          <w:bCs/>
          <w:sz w:val="20"/>
          <w:szCs w:val="20"/>
        </w:rPr>
        <w:t>ENVÍO DE DOCUMENTOS</w:t>
      </w:r>
    </w:p>
    <w:p w14:paraId="4A4BBE02" w14:textId="77777777" w:rsidR="00C43650" w:rsidRDefault="00F57766" w:rsidP="00C43650">
      <w:pPr>
        <w:spacing w:after="0" w:line="240" w:lineRule="auto"/>
        <w:ind w:left="-142"/>
        <w:jc w:val="both"/>
        <w:rPr>
          <w:sz w:val="20"/>
          <w:szCs w:val="20"/>
        </w:rPr>
      </w:pPr>
      <w:r w:rsidRPr="0015683E">
        <w:rPr>
          <w:sz w:val="20"/>
          <w:szCs w:val="20"/>
        </w:rPr>
        <w:t>Una vez completado este formulario, deberá ser enviado junto con los documentos</w:t>
      </w:r>
      <w:r w:rsidR="00D749E3">
        <w:rPr>
          <w:sz w:val="20"/>
          <w:szCs w:val="20"/>
        </w:rPr>
        <w:t xml:space="preserve"> escaneados</w:t>
      </w:r>
      <w:r w:rsidRPr="0015683E">
        <w:rPr>
          <w:sz w:val="20"/>
          <w:szCs w:val="20"/>
        </w:rPr>
        <w:t xml:space="preserve"> entregados por el </w:t>
      </w:r>
      <w:r w:rsidR="00AA72B6" w:rsidRPr="0015683E">
        <w:rPr>
          <w:sz w:val="20"/>
          <w:szCs w:val="20"/>
        </w:rPr>
        <w:t>afiliado</w:t>
      </w:r>
      <w:r w:rsidRPr="0015683E">
        <w:rPr>
          <w:sz w:val="20"/>
          <w:szCs w:val="20"/>
        </w:rPr>
        <w:t xml:space="preserve"> a la casilla: </w:t>
      </w:r>
      <w:hyperlink r:id="rId8" w:history="1">
        <w:r w:rsidR="005E1809" w:rsidRPr="0015683E">
          <w:rPr>
            <w:rStyle w:val="Hipervnculo"/>
            <w:sz w:val="20"/>
            <w:szCs w:val="20"/>
          </w:rPr>
          <w:t>segurodecesantia@caja18.cl</w:t>
        </w:r>
      </w:hyperlink>
      <w:r w:rsidR="00374F25" w:rsidRPr="0015683E">
        <w:rPr>
          <w:sz w:val="20"/>
          <w:szCs w:val="20"/>
        </w:rPr>
        <w:t xml:space="preserve">, indicando en el Asunto: </w:t>
      </w:r>
      <w:r w:rsidR="00E77FB1" w:rsidRPr="0015683E">
        <w:rPr>
          <w:sz w:val="20"/>
          <w:szCs w:val="20"/>
        </w:rPr>
        <w:t xml:space="preserve">“Denuncio </w:t>
      </w:r>
      <w:r w:rsidR="00374F25" w:rsidRPr="0015683E">
        <w:rPr>
          <w:sz w:val="20"/>
          <w:szCs w:val="20"/>
        </w:rPr>
        <w:t>Rut Afiliado (xx.xxx.xxx-x)</w:t>
      </w:r>
      <w:r w:rsidR="00E77FB1" w:rsidRPr="0015683E">
        <w:rPr>
          <w:sz w:val="20"/>
          <w:szCs w:val="20"/>
        </w:rPr>
        <w:t>”</w:t>
      </w:r>
      <w:r w:rsidR="00C43650">
        <w:rPr>
          <w:sz w:val="20"/>
          <w:szCs w:val="20"/>
        </w:rPr>
        <w:t xml:space="preserve">. </w:t>
      </w:r>
    </w:p>
    <w:p w14:paraId="57C66512" w14:textId="528EC5EC" w:rsidR="005E1809" w:rsidRPr="0015683E" w:rsidRDefault="00C43650" w:rsidP="00C43650">
      <w:pPr>
        <w:spacing w:after="0" w:line="240" w:lineRule="auto"/>
        <w:ind w:left="-142"/>
        <w:jc w:val="both"/>
        <w:rPr>
          <w:sz w:val="20"/>
          <w:szCs w:val="28"/>
        </w:rPr>
      </w:pPr>
      <w:r>
        <w:rPr>
          <w:sz w:val="20"/>
          <w:szCs w:val="20"/>
        </w:rPr>
        <w:t>En caso de documentos pendientes se deben enviar a la misma casilla con el mismo asunto indicado anteriormente.</w:t>
      </w:r>
    </w:p>
    <w:p w14:paraId="5D5851DE" w14:textId="22863CA4" w:rsidR="00994E8F" w:rsidRDefault="00F57766" w:rsidP="00CB1B56">
      <w:pPr>
        <w:spacing w:after="0" w:line="240" w:lineRule="auto"/>
        <w:ind w:left="-142"/>
        <w:rPr>
          <w:rFonts w:eastAsia="Calibri"/>
          <w:sz w:val="20"/>
          <w:szCs w:val="20"/>
        </w:rPr>
      </w:pPr>
      <w:r w:rsidRPr="0015683E">
        <w:rPr>
          <w:sz w:val="20"/>
          <w:szCs w:val="20"/>
        </w:rPr>
        <w:t xml:space="preserve"> </w:t>
      </w:r>
    </w:p>
    <w:p w14:paraId="7CEE2E0F" w14:textId="77777777" w:rsidR="00CB1B56" w:rsidRDefault="00CB1B56" w:rsidP="00CB1B56">
      <w:pPr>
        <w:spacing w:after="0" w:line="240" w:lineRule="auto"/>
        <w:ind w:left="-142"/>
        <w:rPr>
          <w:rFonts w:eastAsia="Calibri"/>
          <w:sz w:val="20"/>
          <w:szCs w:val="20"/>
        </w:rPr>
      </w:pPr>
    </w:p>
    <w:p w14:paraId="75F602E9" w14:textId="77777777" w:rsidR="00CB1B56" w:rsidRPr="00CB1B56" w:rsidRDefault="00CB1B56" w:rsidP="00CB1B56">
      <w:pPr>
        <w:spacing w:after="0" w:line="240" w:lineRule="auto"/>
        <w:ind w:left="-142"/>
        <w:rPr>
          <w:rFonts w:eastAsia="Calibri"/>
          <w:sz w:val="20"/>
          <w:szCs w:val="20"/>
        </w:rPr>
      </w:pPr>
    </w:p>
    <w:p w14:paraId="71293F68" w14:textId="77777777" w:rsidR="00CC4BAC" w:rsidRPr="0015683E" w:rsidRDefault="00CC4BAC">
      <w:pPr>
        <w:rPr>
          <w:rFonts w:asciiTheme="minorHAnsi" w:hAnsiTheme="minorHAnsi"/>
          <w:sz w:val="20"/>
          <w:szCs w:val="20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701"/>
        <w:gridCol w:w="3685"/>
      </w:tblGrid>
      <w:tr w:rsidR="00CC4BAC" w:rsidRPr="0015683E" w14:paraId="7CEF9051" w14:textId="77777777" w:rsidTr="00DD32A1">
        <w:trPr>
          <w:jc w:val="center"/>
        </w:trPr>
        <w:tc>
          <w:tcPr>
            <w:tcW w:w="3828" w:type="dxa"/>
            <w:tcBorders>
              <w:bottom w:val="single" w:sz="4" w:space="0" w:color="auto"/>
            </w:tcBorders>
          </w:tcPr>
          <w:p w14:paraId="37C2A436" w14:textId="77777777" w:rsidR="00CC4BAC" w:rsidRPr="0015683E" w:rsidRDefault="00CC4BA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228B3A" w14:textId="77777777" w:rsidR="00CC4BAC" w:rsidRPr="0015683E" w:rsidRDefault="00CC4BA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5440137" w14:textId="77777777" w:rsidR="00CC4BAC" w:rsidRPr="0015683E" w:rsidRDefault="00CC4BA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C4BAC" w:rsidRPr="0015683E" w14:paraId="19EE5675" w14:textId="77777777" w:rsidTr="00DD32A1">
        <w:trPr>
          <w:jc w:val="center"/>
        </w:trPr>
        <w:tc>
          <w:tcPr>
            <w:tcW w:w="3828" w:type="dxa"/>
            <w:tcBorders>
              <w:top w:val="single" w:sz="4" w:space="0" w:color="auto"/>
            </w:tcBorders>
          </w:tcPr>
          <w:p w14:paraId="0D805E80" w14:textId="26C6AD5E" w:rsidR="00CC4BAC" w:rsidRPr="0015683E" w:rsidRDefault="00CC4BAC" w:rsidP="00CC4BA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>Firma Asegurado</w:t>
            </w:r>
          </w:p>
        </w:tc>
        <w:tc>
          <w:tcPr>
            <w:tcW w:w="1701" w:type="dxa"/>
          </w:tcPr>
          <w:p w14:paraId="10B61DB5" w14:textId="77777777" w:rsidR="00CC4BAC" w:rsidRPr="0015683E" w:rsidRDefault="00CC4BAC" w:rsidP="00CC4BA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359E6DFD" w14:textId="658CD833" w:rsidR="00CC4BAC" w:rsidRPr="0015683E" w:rsidRDefault="00CC4BAC" w:rsidP="00CC4BA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5683E">
              <w:rPr>
                <w:rFonts w:asciiTheme="minorHAnsi" w:hAnsiTheme="minorHAnsi"/>
                <w:sz w:val="20"/>
                <w:szCs w:val="20"/>
              </w:rPr>
              <w:t xml:space="preserve">Firma </w:t>
            </w:r>
            <w:r w:rsidR="001D3A2F" w:rsidRPr="0015683E">
              <w:rPr>
                <w:rFonts w:asciiTheme="minorHAnsi" w:hAnsiTheme="minorHAnsi"/>
                <w:sz w:val="20"/>
                <w:szCs w:val="20"/>
              </w:rPr>
              <w:t>o</w:t>
            </w:r>
            <w:r w:rsidRPr="0015683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D3A2F" w:rsidRPr="0015683E">
              <w:rPr>
                <w:rFonts w:asciiTheme="minorHAnsi" w:hAnsiTheme="minorHAnsi"/>
                <w:sz w:val="20"/>
                <w:szCs w:val="20"/>
              </w:rPr>
              <w:t>T</w:t>
            </w:r>
            <w:r w:rsidRPr="0015683E">
              <w:rPr>
                <w:rFonts w:asciiTheme="minorHAnsi" w:hAnsiTheme="minorHAnsi"/>
                <w:sz w:val="20"/>
                <w:szCs w:val="20"/>
              </w:rPr>
              <w:t>imbre Caja 18</w:t>
            </w:r>
          </w:p>
        </w:tc>
      </w:tr>
    </w:tbl>
    <w:p w14:paraId="7C8DFA0F" w14:textId="77777777" w:rsidR="00A77A43" w:rsidRPr="0015683E" w:rsidRDefault="00A77A43" w:rsidP="00A77A43">
      <w:pPr>
        <w:pStyle w:val="TitleCustom"/>
        <w:spacing w:after="0"/>
        <w:rPr>
          <w:rFonts w:asciiTheme="minorHAnsi" w:hAnsiTheme="minorHAnsi"/>
          <w:sz w:val="32"/>
          <w:szCs w:val="32"/>
          <w:lang w:val="es-CL"/>
        </w:rPr>
      </w:pPr>
    </w:p>
    <w:sectPr w:rsidR="00A77A43" w:rsidRPr="0015683E" w:rsidSect="002A73CD">
      <w:headerReference w:type="default" r:id="rId9"/>
      <w:pgSz w:w="12240" w:h="15840"/>
      <w:pgMar w:top="-284" w:right="1041" w:bottom="547" w:left="1134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44026" w14:textId="77777777" w:rsidR="00013ABC" w:rsidRPr="0015683E" w:rsidRDefault="00013ABC" w:rsidP="0024260E">
      <w:pPr>
        <w:spacing w:after="0" w:line="240" w:lineRule="auto"/>
      </w:pPr>
      <w:r w:rsidRPr="0015683E">
        <w:separator/>
      </w:r>
    </w:p>
  </w:endnote>
  <w:endnote w:type="continuationSeparator" w:id="0">
    <w:p w14:paraId="29ED3B0A" w14:textId="77777777" w:rsidR="00013ABC" w:rsidRPr="0015683E" w:rsidRDefault="00013ABC" w:rsidP="0024260E">
      <w:pPr>
        <w:spacing w:after="0" w:line="240" w:lineRule="auto"/>
      </w:pPr>
      <w:r w:rsidRPr="001568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FA35" w14:textId="77777777" w:rsidR="00013ABC" w:rsidRPr="0015683E" w:rsidRDefault="00013ABC" w:rsidP="0024260E">
      <w:pPr>
        <w:spacing w:after="0" w:line="240" w:lineRule="auto"/>
      </w:pPr>
      <w:r w:rsidRPr="0015683E">
        <w:separator/>
      </w:r>
    </w:p>
  </w:footnote>
  <w:footnote w:type="continuationSeparator" w:id="0">
    <w:p w14:paraId="230FBD05" w14:textId="77777777" w:rsidR="00013ABC" w:rsidRPr="0015683E" w:rsidRDefault="00013ABC" w:rsidP="0024260E">
      <w:pPr>
        <w:spacing w:after="0" w:line="240" w:lineRule="auto"/>
      </w:pPr>
      <w:r w:rsidRPr="001568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A63F" w14:textId="7CF62DDB" w:rsidR="0024260E" w:rsidRPr="0015683E" w:rsidRDefault="0024260E" w:rsidP="0024260E">
    <w:pPr>
      <w:pStyle w:val="Encabezado"/>
    </w:pPr>
    <w:r w:rsidRPr="0015683E">
      <w:rPr>
        <w:noProof/>
      </w:rPr>
      <w:drawing>
        <wp:anchor distT="0" distB="0" distL="114300" distR="114300" simplePos="0" relativeHeight="251658240" behindDoc="1" locked="0" layoutInCell="1" allowOverlap="1" wp14:anchorId="63F99FD7" wp14:editId="0B4A1423">
          <wp:simplePos x="0" y="0"/>
          <wp:positionH relativeFrom="margin">
            <wp:posOffset>5335230</wp:posOffset>
          </wp:positionH>
          <wp:positionV relativeFrom="paragraph">
            <wp:posOffset>-271995</wp:posOffset>
          </wp:positionV>
          <wp:extent cx="1308075" cy="872310"/>
          <wp:effectExtent l="0" t="0" r="0" b="0"/>
          <wp:wrapNone/>
          <wp:docPr id="117240373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075" cy="87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DD2D53"/>
    <w:multiLevelType w:val="hybridMultilevel"/>
    <w:tmpl w:val="1ED2E53A"/>
    <w:lvl w:ilvl="0" w:tplc="A30812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CCF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2AE3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6E0C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6EC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527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F2AD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8852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C8B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92853716">
    <w:abstractNumId w:val="8"/>
  </w:num>
  <w:num w:numId="2" w16cid:durableId="688529222">
    <w:abstractNumId w:val="6"/>
  </w:num>
  <w:num w:numId="3" w16cid:durableId="888998093">
    <w:abstractNumId w:val="5"/>
  </w:num>
  <w:num w:numId="4" w16cid:durableId="1888830961">
    <w:abstractNumId w:val="4"/>
  </w:num>
  <w:num w:numId="5" w16cid:durableId="313989251">
    <w:abstractNumId w:val="7"/>
  </w:num>
  <w:num w:numId="6" w16cid:durableId="481628140">
    <w:abstractNumId w:val="3"/>
  </w:num>
  <w:num w:numId="7" w16cid:durableId="260140783">
    <w:abstractNumId w:val="2"/>
  </w:num>
  <w:num w:numId="8" w16cid:durableId="1759906996">
    <w:abstractNumId w:val="1"/>
  </w:num>
  <w:num w:numId="9" w16cid:durableId="1554655798">
    <w:abstractNumId w:val="0"/>
  </w:num>
  <w:num w:numId="10" w16cid:durableId="18624324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mailMerge>
    <w:mainDocumentType w:val="formLetters"/>
    <w:dataType w:val="textFile"/>
    <w:activeRecord w:val="-1"/>
  </w:mailMerge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ABC"/>
    <w:rsid w:val="00034616"/>
    <w:rsid w:val="0006063C"/>
    <w:rsid w:val="0008437A"/>
    <w:rsid w:val="00087C3A"/>
    <w:rsid w:val="00096897"/>
    <w:rsid w:val="000A2C6E"/>
    <w:rsid w:val="000E52CC"/>
    <w:rsid w:val="00125DC4"/>
    <w:rsid w:val="0015074B"/>
    <w:rsid w:val="0015683E"/>
    <w:rsid w:val="001C3197"/>
    <w:rsid w:val="001D3A2F"/>
    <w:rsid w:val="00223ED6"/>
    <w:rsid w:val="0024260E"/>
    <w:rsid w:val="002848E8"/>
    <w:rsid w:val="0029639D"/>
    <w:rsid w:val="002A73CD"/>
    <w:rsid w:val="002A7F7F"/>
    <w:rsid w:val="00326F90"/>
    <w:rsid w:val="003711D6"/>
    <w:rsid w:val="00374F25"/>
    <w:rsid w:val="00392F7E"/>
    <w:rsid w:val="0041202D"/>
    <w:rsid w:val="00423EB0"/>
    <w:rsid w:val="00436A8F"/>
    <w:rsid w:val="004B07C8"/>
    <w:rsid w:val="004D38EE"/>
    <w:rsid w:val="005E1809"/>
    <w:rsid w:val="0062485D"/>
    <w:rsid w:val="00625C64"/>
    <w:rsid w:val="00645B3B"/>
    <w:rsid w:val="00655061"/>
    <w:rsid w:val="007918D9"/>
    <w:rsid w:val="007B2A20"/>
    <w:rsid w:val="007C4F0A"/>
    <w:rsid w:val="007C5C0E"/>
    <w:rsid w:val="007D0B48"/>
    <w:rsid w:val="007D7486"/>
    <w:rsid w:val="007E381C"/>
    <w:rsid w:val="007F510C"/>
    <w:rsid w:val="00827F8D"/>
    <w:rsid w:val="0085712F"/>
    <w:rsid w:val="00865674"/>
    <w:rsid w:val="008A3FAE"/>
    <w:rsid w:val="008E3110"/>
    <w:rsid w:val="00904A51"/>
    <w:rsid w:val="00932B1E"/>
    <w:rsid w:val="00973EBB"/>
    <w:rsid w:val="00994E8F"/>
    <w:rsid w:val="009A4676"/>
    <w:rsid w:val="009C1047"/>
    <w:rsid w:val="00A76C5F"/>
    <w:rsid w:val="00A77A43"/>
    <w:rsid w:val="00A813F5"/>
    <w:rsid w:val="00AA1D8D"/>
    <w:rsid w:val="00AA72B6"/>
    <w:rsid w:val="00B0453E"/>
    <w:rsid w:val="00B47730"/>
    <w:rsid w:val="00B5187B"/>
    <w:rsid w:val="00B87F48"/>
    <w:rsid w:val="00BC08E4"/>
    <w:rsid w:val="00BC4030"/>
    <w:rsid w:val="00C43650"/>
    <w:rsid w:val="00C55E97"/>
    <w:rsid w:val="00C665C9"/>
    <w:rsid w:val="00CB0664"/>
    <w:rsid w:val="00CB1B56"/>
    <w:rsid w:val="00CC3F6F"/>
    <w:rsid w:val="00CC4BAC"/>
    <w:rsid w:val="00D11DD4"/>
    <w:rsid w:val="00D749E3"/>
    <w:rsid w:val="00DD32A1"/>
    <w:rsid w:val="00DF4B08"/>
    <w:rsid w:val="00DF7A52"/>
    <w:rsid w:val="00E4427B"/>
    <w:rsid w:val="00E674ED"/>
    <w:rsid w:val="00E77FB1"/>
    <w:rsid w:val="00E8534F"/>
    <w:rsid w:val="00E878B5"/>
    <w:rsid w:val="00ED242D"/>
    <w:rsid w:val="00F0767B"/>
    <w:rsid w:val="00F31CB1"/>
    <w:rsid w:val="00F57766"/>
    <w:rsid w:val="00FB53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E64DC3"/>
  <w14:defaultImageDpi w14:val="330"/>
  <w15:docId w15:val="{9E83F2A5-7F44-412C-BB8F-500EBFBD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6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rPr>
      <w:rFonts w:ascii="Arial" w:eastAsia="Arial" w:hAnsi="Arial"/>
      <w:b/>
      <w:sz w:val="24"/>
    </w:rPr>
  </w:style>
  <w:style w:type="paragraph" w:customStyle="1" w:styleId="SubtitleCustom">
    <w:name w:val="SubtitleCustom"/>
    <w:rPr>
      <w:rFonts w:ascii="Arial" w:eastAsia="Arial" w:hAnsi="Arial"/>
      <w:b/>
      <w:sz w:val="18"/>
    </w:rPr>
  </w:style>
  <w:style w:type="paragraph" w:customStyle="1" w:styleId="SmallCustom">
    <w:name w:val="SmallCustom"/>
    <w:rPr>
      <w:rFonts w:ascii="Arial" w:eastAsia="Arial" w:hAnsi="Arial"/>
      <w:sz w:val="15"/>
    </w:rPr>
  </w:style>
  <w:style w:type="character" w:styleId="Hipervnculo">
    <w:name w:val="Hyperlink"/>
    <w:basedOn w:val="Fuentedeprrafopredeter"/>
    <w:uiPriority w:val="99"/>
    <w:unhideWhenUsed/>
    <w:rsid w:val="00F5776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57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urodecesantia@caja18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1</Pages>
  <Words>284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Pilar Rocio Hernandez Lopez</cp:lastModifiedBy>
  <cp:revision>29</cp:revision>
  <dcterms:created xsi:type="dcterms:W3CDTF">2026-06-12T14:01:00Z</dcterms:created>
  <dcterms:modified xsi:type="dcterms:W3CDTF">2026-08-26T17:43:00Z</dcterms:modified>
  <cp:category/>
</cp:coreProperties>
</file>